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6E5F3" w14:textId="77777777" w:rsidR="00D84640" w:rsidRPr="009716E2" w:rsidRDefault="00000000">
      <w:pPr>
        <w:pStyle w:val="Heading1"/>
        <w:rPr>
          <w:rFonts w:ascii="Times New Roman" w:hAnsi="Times New Roman" w:cs="Times New Roman"/>
          <w:color w:val="auto"/>
          <w:sz w:val="24"/>
          <w:szCs w:val="24"/>
        </w:rPr>
      </w:pPr>
      <w:r w:rsidRPr="009716E2">
        <w:rPr>
          <w:rFonts w:ascii="Times New Roman" w:hAnsi="Times New Roman" w:cs="Times New Roman"/>
          <w:color w:val="auto"/>
          <w:sz w:val="24"/>
          <w:szCs w:val="24"/>
        </w:rPr>
        <w:t>Binary Representation Reflection</w:t>
      </w:r>
    </w:p>
    <w:p w14:paraId="4E8049A9" w14:textId="77777777" w:rsidR="00D84640" w:rsidRPr="009716E2" w:rsidRDefault="00000000">
      <w:pPr>
        <w:rPr>
          <w:rFonts w:ascii="Times New Roman" w:hAnsi="Times New Roman" w:cs="Times New Roman"/>
          <w:sz w:val="24"/>
          <w:szCs w:val="24"/>
        </w:rPr>
      </w:pPr>
      <w:r w:rsidRPr="009716E2">
        <w:rPr>
          <w:rFonts w:ascii="Times New Roman" w:hAnsi="Times New Roman" w:cs="Times New Roman"/>
          <w:sz w:val="24"/>
          <w:szCs w:val="24"/>
        </w:rPr>
        <w:t>Binary representation is the basic way computers store and process information using bits, which are binary digits that can only be 0 or 1. These values represent the on and off states of electrical circuits. Eight bits make up a byte, and combinations of bits can represent numbers, letters, and other types of data.</w:t>
      </w:r>
    </w:p>
    <w:p w14:paraId="2A96B393" w14:textId="77777777" w:rsidR="00D84640" w:rsidRPr="009716E2" w:rsidRDefault="00000000">
      <w:pPr>
        <w:rPr>
          <w:rFonts w:ascii="Times New Roman" w:hAnsi="Times New Roman" w:cs="Times New Roman"/>
          <w:sz w:val="24"/>
          <w:szCs w:val="24"/>
        </w:rPr>
      </w:pPr>
      <w:r w:rsidRPr="009716E2">
        <w:rPr>
          <w:rFonts w:ascii="Times New Roman" w:hAnsi="Times New Roman" w:cs="Times New Roman"/>
          <w:sz w:val="24"/>
          <w:szCs w:val="24"/>
        </w:rPr>
        <w:t xml:space="preserve">Before this activity, I had no experience converting numbers between decimal and binary. Watching the video and using online tools helped me understand how each bit represents </w:t>
      </w:r>
      <w:proofErr w:type="gramStart"/>
      <w:r w:rsidRPr="009716E2">
        <w:rPr>
          <w:rFonts w:ascii="Times New Roman" w:hAnsi="Times New Roman" w:cs="Times New Roman"/>
          <w:sz w:val="24"/>
          <w:szCs w:val="24"/>
        </w:rPr>
        <w:t>a power</w:t>
      </w:r>
      <w:proofErr w:type="gramEnd"/>
      <w:r w:rsidRPr="009716E2">
        <w:rPr>
          <w:rFonts w:ascii="Times New Roman" w:hAnsi="Times New Roman" w:cs="Times New Roman"/>
          <w:sz w:val="24"/>
          <w:szCs w:val="24"/>
        </w:rPr>
        <w:t xml:space="preserve"> of two and how turning certain bits on or off creates different numbers. For example, the binary number 0111 equals 7 because it represents 4 plus 2 plus 1.</w:t>
      </w:r>
    </w:p>
    <w:p w14:paraId="7273DB20" w14:textId="77777777" w:rsidR="00D84640" w:rsidRPr="009716E2" w:rsidRDefault="00000000">
      <w:pPr>
        <w:rPr>
          <w:rFonts w:ascii="Times New Roman" w:hAnsi="Times New Roman" w:cs="Times New Roman"/>
          <w:sz w:val="24"/>
          <w:szCs w:val="24"/>
        </w:rPr>
      </w:pPr>
      <w:r w:rsidRPr="009716E2">
        <w:rPr>
          <w:rFonts w:ascii="Times New Roman" w:hAnsi="Times New Roman" w:cs="Times New Roman"/>
          <w:sz w:val="24"/>
          <w:szCs w:val="24"/>
        </w:rPr>
        <w:t xml:space="preserve">Practicing with the Penjee Binary Numbers Game made the process </w:t>
      </w:r>
      <w:proofErr w:type="gramStart"/>
      <w:r w:rsidRPr="009716E2">
        <w:rPr>
          <w:rFonts w:ascii="Times New Roman" w:hAnsi="Times New Roman" w:cs="Times New Roman"/>
          <w:sz w:val="24"/>
          <w:szCs w:val="24"/>
        </w:rPr>
        <w:t>more clear and showed</w:t>
      </w:r>
      <w:proofErr w:type="gramEnd"/>
      <w:r w:rsidRPr="009716E2">
        <w:rPr>
          <w:rFonts w:ascii="Times New Roman" w:hAnsi="Times New Roman" w:cs="Times New Roman"/>
          <w:sz w:val="24"/>
          <w:szCs w:val="24"/>
        </w:rPr>
        <w:t xml:space="preserve"> how patterns form when counting in binary. This activity helped me see how all digital information is built from simple 0s and 1s and why binary is essential for how computers store and process data.</w:t>
      </w:r>
    </w:p>
    <w:p w14:paraId="61AA5AD3" w14:textId="77777777" w:rsidR="00D84640" w:rsidRPr="009716E2" w:rsidRDefault="00000000">
      <w:pPr>
        <w:rPr>
          <w:rFonts w:ascii="Times New Roman" w:hAnsi="Times New Roman" w:cs="Times New Roman"/>
          <w:sz w:val="24"/>
          <w:szCs w:val="24"/>
        </w:rPr>
      </w:pPr>
      <w:r w:rsidRPr="009716E2">
        <w:rPr>
          <w:rFonts w:ascii="Times New Roman" w:hAnsi="Times New Roman" w:cs="Times New Roman"/>
          <w:sz w:val="24"/>
          <w:szCs w:val="24"/>
        </w:rPr>
        <w:t>Resource used:</w:t>
      </w:r>
      <w:r w:rsidRPr="009716E2">
        <w:rPr>
          <w:rFonts w:ascii="Times New Roman" w:hAnsi="Times New Roman" w:cs="Times New Roman"/>
          <w:sz w:val="24"/>
          <w:szCs w:val="24"/>
        </w:rPr>
        <w:br/>
        <w:t>https://www.penjee.com/binary-numbers-game</w:t>
      </w:r>
    </w:p>
    <w:sectPr w:rsidR="00D84640" w:rsidRPr="009716E2"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619646659">
    <w:abstractNumId w:val="8"/>
  </w:num>
  <w:num w:numId="2" w16cid:durableId="1750078003">
    <w:abstractNumId w:val="6"/>
  </w:num>
  <w:num w:numId="3" w16cid:durableId="740102371">
    <w:abstractNumId w:val="5"/>
  </w:num>
  <w:num w:numId="4" w16cid:durableId="541942179">
    <w:abstractNumId w:val="4"/>
  </w:num>
  <w:num w:numId="5" w16cid:durableId="1899124181">
    <w:abstractNumId w:val="7"/>
  </w:num>
  <w:num w:numId="6" w16cid:durableId="1199733304">
    <w:abstractNumId w:val="3"/>
  </w:num>
  <w:num w:numId="7" w16cid:durableId="857735553">
    <w:abstractNumId w:val="2"/>
  </w:num>
  <w:num w:numId="8" w16cid:durableId="114449877">
    <w:abstractNumId w:val="1"/>
  </w:num>
  <w:num w:numId="9" w16cid:durableId="12685860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9716E2"/>
    <w:rsid w:val="00AA1D8D"/>
    <w:rsid w:val="00B47730"/>
    <w:rsid w:val="00CB0664"/>
    <w:rsid w:val="00D84640"/>
    <w:rsid w:val="00F500C7"/>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EC011FB"/>
  <w14:defaultImageDpi w14:val="300"/>
  <w15:docId w15:val="{0DC17658-141C-4795-A78B-870DBAD734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154</Words>
  <Characters>882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1034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Jason Bravo</cp:lastModifiedBy>
  <cp:revision>2</cp:revision>
  <dcterms:created xsi:type="dcterms:W3CDTF">2026-01-27T22:22:00Z</dcterms:created>
  <dcterms:modified xsi:type="dcterms:W3CDTF">2026-01-27T22:22:00Z</dcterms:modified>
  <cp:category/>
</cp:coreProperties>
</file>