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EC3B6" w14:textId="77777777" w:rsidR="007F4668" w:rsidRDefault="00000000" w:rsidP="00AB000F">
      <w:pPr>
        <w:pStyle w:val="Heading1"/>
        <w:jc w:val="center"/>
        <w:rPr>
          <w:rFonts w:ascii="Times New Roman" w:hAnsi="Times New Roman" w:cs="Times New Roman"/>
          <w:color w:val="auto"/>
        </w:rPr>
      </w:pPr>
      <w:r w:rsidRPr="00AB000F">
        <w:rPr>
          <w:rFonts w:ascii="Times New Roman" w:hAnsi="Times New Roman" w:cs="Times New Roman"/>
          <w:color w:val="auto"/>
        </w:rPr>
        <w:t>Music Genome Project Assignment</w:t>
      </w:r>
    </w:p>
    <w:p w14:paraId="63703F35" w14:textId="77777777" w:rsidR="00AB000F" w:rsidRPr="00AB000F" w:rsidRDefault="00AB000F" w:rsidP="00AB000F"/>
    <w:p w14:paraId="1896F862" w14:textId="77777777" w:rsidR="007F4668" w:rsidRPr="00AB000F" w:rsidRDefault="00000000" w:rsidP="00AB000F">
      <w:pPr>
        <w:ind w:firstLine="720"/>
        <w:rPr>
          <w:rFonts w:ascii="Times New Roman" w:hAnsi="Times New Roman" w:cs="Times New Roman"/>
        </w:rPr>
      </w:pPr>
      <w:r w:rsidRPr="00AB000F">
        <w:rPr>
          <w:rFonts w:ascii="Times New Roman" w:hAnsi="Times New Roman" w:cs="Times New Roman"/>
        </w:rPr>
        <w:t>The Music Genome Project is a system created by Pandora that analyzes songs based on hundreds of musical characteristics instead of just genre. These traits include things like melody, rhythm, instrumentation, vocals, and lyrical themes. The goal is to organize music in a way that helps Pandora recommend songs that are musically similar to what a listener already enjoys.</w:t>
      </w:r>
    </w:p>
    <w:p w14:paraId="72C38437" w14:textId="77777777" w:rsidR="007F4668" w:rsidRPr="00AB000F" w:rsidRDefault="00000000" w:rsidP="00AB000F">
      <w:pPr>
        <w:ind w:firstLine="720"/>
        <w:rPr>
          <w:rFonts w:ascii="Times New Roman" w:hAnsi="Times New Roman" w:cs="Times New Roman"/>
        </w:rPr>
      </w:pPr>
      <w:r w:rsidRPr="00AB000F">
        <w:rPr>
          <w:rFonts w:ascii="Times New Roman" w:hAnsi="Times New Roman" w:cs="Times New Roman"/>
        </w:rPr>
        <w:t>The data is collected by trained music analysts who listen to songs and tag them with many musical attributes. Pandora then stores these characteristics in a database and uses them to match songs with similar traits when a user creates a radio station.</w:t>
      </w:r>
    </w:p>
    <w:p w14:paraId="51B43029" w14:textId="77777777" w:rsidR="007F4668" w:rsidRPr="00AB000F" w:rsidRDefault="00000000" w:rsidP="00AB000F">
      <w:pPr>
        <w:ind w:firstLine="720"/>
        <w:rPr>
          <w:rFonts w:ascii="Times New Roman" w:hAnsi="Times New Roman" w:cs="Times New Roman"/>
        </w:rPr>
      </w:pPr>
      <w:r w:rsidRPr="00AB000F">
        <w:rPr>
          <w:rFonts w:ascii="Times New Roman" w:hAnsi="Times New Roman" w:cs="Times New Roman"/>
        </w:rPr>
        <w:t>For this activity, I chose the artist Noah Kahan. Pandora played songs including “Stick Season” by Noah Kahan, “Dial Drunk” by Noah Kahan, “The Night We Met” by Lord Huron, “Ophelia” by The Lumineers, and “All Too Well” by Taylor Swift.</w:t>
      </w:r>
    </w:p>
    <w:p w14:paraId="08A86A3E" w14:textId="77777777" w:rsidR="007F4668" w:rsidRPr="00AB000F" w:rsidRDefault="00000000" w:rsidP="00AB000F">
      <w:pPr>
        <w:ind w:firstLine="720"/>
        <w:rPr>
          <w:rFonts w:ascii="Times New Roman" w:hAnsi="Times New Roman" w:cs="Times New Roman"/>
        </w:rPr>
      </w:pPr>
      <w:r w:rsidRPr="00AB000F">
        <w:rPr>
          <w:rFonts w:ascii="Times New Roman" w:hAnsi="Times New Roman" w:cs="Times New Roman"/>
        </w:rPr>
        <w:t>The songs were categorized with traits such as acoustic instrumentation, folk influence, emotional lyrics, and storytelling style. These categories suggest that the database stores many attributes for each song and compares them to recommend similar music.</w:t>
      </w:r>
    </w:p>
    <w:p w14:paraId="40007BBB" w14:textId="0657697C" w:rsidR="007F4668" w:rsidRPr="00AB000F" w:rsidRDefault="00000000" w:rsidP="00AB000F">
      <w:pPr>
        <w:ind w:firstLine="720"/>
        <w:rPr>
          <w:rFonts w:ascii="Times New Roman" w:hAnsi="Times New Roman" w:cs="Times New Roman"/>
        </w:rPr>
      </w:pPr>
      <w:r w:rsidRPr="00AB000F">
        <w:rPr>
          <w:rFonts w:ascii="Times New Roman" w:hAnsi="Times New Roman" w:cs="Times New Roman"/>
        </w:rPr>
        <w:t>I enjoyed the songs that were played and they fit well together stylistically. I would likely put these songs together in a playlist because they share a similar folk and indie sound</w:t>
      </w:r>
      <w:r w:rsidR="00AB000F">
        <w:rPr>
          <w:rFonts w:ascii="Times New Roman" w:hAnsi="Times New Roman" w:cs="Times New Roman"/>
        </w:rPr>
        <w:t xml:space="preserve"> (except for Taylor Swift</w:t>
      </w:r>
      <w:r w:rsidRPr="00AB000F">
        <w:rPr>
          <w:rFonts w:ascii="Times New Roman" w:hAnsi="Times New Roman" w:cs="Times New Roman"/>
        </w:rPr>
        <w:t>.</w:t>
      </w:r>
      <w:r w:rsidR="00AB000F">
        <w:rPr>
          <w:rFonts w:ascii="Times New Roman" w:hAnsi="Times New Roman" w:cs="Times New Roman"/>
        </w:rPr>
        <w:t>)</w:t>
      </w:r>
    </w:p>
    <w:sectPr w:rsidR="007F4668" w:rsidRPr="00AB000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75732719">
    <w:abstractNumId w:val="8"/>
  </w:num>
  <w:num w:numId="2" w16cid:durableId="1975985850">
    <w:abstractNumId w:val="6"/>
  </w:num>
  <w:num w:numId="3" w16cid:durableId="982542519">
    <w:abstractNumId w:val="5"/>
  </w:num>
  <w:num w:numId="4" w16cid:durableId="1417433822">
    <w:abstractNumId w:val="4"/>
  </w:num>
  <w:num w:numId="5" w16cid:durableId="1242719803">
    <w:abstractNumId w:val="7"/>
  </w:num>
  <w:num w:numId="6" w16cid:durableId="913928917">
    <w:abstractNumId w:val="3"/>
  </w:num>
  <w:num w:numId="7" w16cid:durableId="268129470">
    <w:abstractNumId w:val="2"/>
  </w:num>
  <w:num w:numId="8" w16cid:durableId="1047490901">
    <w:abstractNumId w:val="1"/>
  </w:num>
  <w:num w:numId="9" w16cid:durableId="412095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F4668"/>
    <w:rsid w:val="00AA1D8D"/>
    <w:rsid w:val="00AB000F"/>
    <w:rsid w:val="00B47730"/>
    <w:rsid w:val="00CB0664"/>
    <w:rsid w:val="00FB4DB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6CDAAB"/>
  <w14:defaultImageDpi w14:val="300"/>
  <w15:docId w15:val="{F6D139D5-5347-47F5-AD46-838C91F25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1161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Jason Bravo</cp:lastModifiedBy>
  <cp:revision>2</cp:revision>
  <dcterms:created xsi:type="dcterms:W3CDTF">2026-03-08T23:35:00Z</dcterms:created>
  <dcterms:modified xsi:type="dcterms:W3CDTF">2026-03-08T23:35:00Z</dcterms:modified>
  <cp:category/>
</cp:coreProperties>
</file>