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7B9DB" w14:textId="77777777" w:rsidR="00FA38BB" w:rsidRDefault="00000000">
      <w:pPr>
        <w:spacing w:line="480" w:lineRule="auto"/>
      </w:pPr>
      <w:r>
        <w:t>Jason Bravo</w:t>
      </w:r>
    </w:p>
    <w:p w14:paraId="4A51FF31" w14:textId="77777777" w:rsidR="00FA38BB" w:rsidRDefault="00000000">
      <w:pPr>
        <w:spacing w:line="480" w:lineRule="auto"/>
      </w:pPr>
      <w:r>
        <w:t>Course Title: IST 110</w:t>
      </w:r>
    </w:p>
    <w:p w14:paraId="46B7E5B9" w14:textId="77777777" w:rsidR="00FA38BB" w:rsidRDefault="00000000">
      <w:pPr>
        <w:spacing w:line="480" w:lineRule="auto"/>
      </w:pPr>
      <w:r>
        <w:t>Operating System Recommendations for Client Organizations</w:t>
      </w:r>
    </w:p>
    <w:p w14:paraId="17F4CBC4" w14:textId="77777777" w:rsidR="00FA38BB" w:rsidRDefault="00000000">
      <w:pPr>
        <w:spacing w:line="480" w:lineRule="auto"/>
      </w:pPr>
      <w:r>
        <w:br/>
        <w:t>Choosing the correct operating system is one of the most important technology decisions an organization can make. The operating system affects software compatibility, security, cost, and overall productivity. Different organizations have different needs depending on the type of work they perform. A nonprofit organization may prioritize low cost and security, while a design firm may prioritize graphics performance and creative software compatibility. A social media advertising agency may need flexibility and compatibility with analytics and communication tools. The three main operating systems considered are Windows, Mac OS, and Linux. Each has advantages and disadvantages depending on the organization.</w:t>
      </w:r>
    </w:p>
    <w:p w14:paraId="2539E4B6" w14:textId="77777777" w:rsidR="00FA38BB" w:rsidRDefault="00000000">
      <w:pPr>
        <w:spacing w:line="480" w:lineRule="auto"/>
      </w:pPr>
      <w:r>
        <w:br/>
        <w:t>Windows Operating System</w:t>
      </w:r>
    </w:p>
    <w:p w14:paraId="3907F109" w14:textId="77777777" w:rsidR="00FA38BB" w:rsidRDefault="00000000">
      <w:pPr>
        <w:spacing w:line="480" w:lineRule="auto"/>
      </w:pPr>
      <w:r>
        <w:t>Pros:</w:t>
      </w:r>
    </w:p>
    <w:p w14:paraId="00B6B4B9" w14:textId="77777777" w:rsidR="00FA38BB" w:rsidRDefault="00000000">
      <w:pPr>
        <w:spacing w:line="480" w:lineRule="auto"/>
      </w:pPr>
      <w:r>
        <w:t>• Compatible with the widest range of business and productivity software.</w:t>
      </w:r>
    </w:p>
    <w:p w14:paraId="7C3FD77F" w14:textId="77777777" w:rsidR="00FA38BB" w:rsidRDefault="00000000">
      <w:pPr>
        <w:spacing w:line="480" w:lineRule="auto"/>
      </w:pPr>
      <w:r>
        <w:t>• Familiar interface that most users already know how to use.</w:t>
      </w:r>
    </w:p>
    <w:p w14:paraId="383B2F7B" w14:textId="77777777" w:rsidR="00FA38BB" w:rsidRDefault="00000000">
      <w:pPr>
        <w:spacing w:line="480" w:lineRule="auto"/>
      </w:pPr>
      <w:r>
        <w:t>• Strong support for business environments and office tools.</w:t>
      </w:r>
    </w:p>
    <w:p w14:paraId="519948F1" w14:textId="77777777" w:rsidR="00FA38BB" w:rsidRDefault="00000000">
      <w:pPr>
        <w:spacing w:line="480" w:lineRule="auto"/>
      </w:pPr>
      <w:r>
        <w:t>• Flexible hardware options at many price levels.</w:t>
      </w:r>
    </w:p>
    <w:p w14:paraId="0090156E" w14:textId="77777777" w:rsidR="00FA38BB" w:rsidRDefault="00000000">
      <w:pPr>
        <w:spacing w:line="480" w:lineRule="auto"/>
      </w:pPr>
      <w:r>
        <w:t>Cons:</w:t>
      </w:r>
    </w:p>
    <w:p w14:paraId="3292C234" w14:textId="77777777" w:rsidR="00FA38BB" w:rsidRDefault="00000000">
      <w:pPr>
        <w:spacing w:line="480" w:lineRule="auto"/>
      </w:pPr>
      <w:r>
        <w:lastRenderedPageBreak/>
        <w:t>• More vulnerable to viruses and malware than other operating systems.</w:t>
      </w:r>
    </w:p>
    <w:p w14:paraId="433102EF" w14:textId="77777777" w:rsidR="00FA38BB" w:rsidRDefault="00000000">
      <w:pPr>
        <w:spacing w:line="480" w:lineRule="auto"/>
      </w:pPr>
      <w:r>
        <w:t>• Requires paid licensing.</w:t>
      </w:r>
    </w:p>
    <w:p w14:paraId="4A4A5916" w14:textId="77777777" w:rsidR="00FA38BB" w:rsidRDefault="00000000">
      <w:pPr>
        <w:spacing w:line="480" w:lineRule="auto"/>
      </w:pPr>
      <w:r>
        <w:t>• Requires antivirus and regular maintenance.</w:t>
      </w:r>
    </w:p>
    <w:p w14:paraId="21488373" w14:textId="77777777" w:rsidR="00FA38BB" w:rsidRDefault="00000000">
      <w:pPr>
        <w:spacing w:line="480" w:lineRule="auto"/>
      </w:pPr>
      <w:r>
        <w:br/>
        <w:t>Mac OS Operating System</w:t>
      </w:r>
    </w:p>
    <w:p w14:paraId="75E7A02D" w14:textId="77777777" w:rsidR="00FA38BB" w:rsidRDefault="00000000">
      <w:pPr>
        <w:spacing w:line="480" w:lineRule="auto"/>
      </w:pPr>
      <w:r>
        <w:t>Pros:</w:t>
      </w:r>
    </w:p>
    <w:p w14:paraId="51F8D08A" w14:textId="77777777" w:rsidR="00FA38BB" w:rsidRDefault="00000000">
      <w:pPr>
        <w:spacing w:line="480" w:lineRule="auto"/>
      </w:pPr>
      <w:r>
        <w:t>• Excellent performance for graphic design, media, and creative work.</w:t>
      </w:r>
    </w:p>
    <w:p w14:paraId="51651114" w14:textId="77777777" w:rsidR="00FA38BB" w:rsidRDefault="00000000">
      <w:pPr>
        <w:spacing w:line="480" w:lineRule="auto"/>
      </w:pPr>
      <w:r>
        <w:t>• Strong security and stability.</w:t>
      </w:r>
    </w:p>
    <w:p w14:paraId="2D4D0907" w14:textId="77777777" w:rsidR="00FA38BB" w:rsidRDefault="00000000">
      <w:pPr>
        <w:spacing w:line="480" w:lineRule="auto"/>
      </w:pPr>
      <w:r>
        <w:t>• High quality display and hardware performance.</w:t>
      </w:r>
    </w:p>
    <w:p w14:paraId="7F60266F" w14:textId="77777777" w:rsidR="00FA38BB" w:rsidRDefault="00000000">
      <w:pPr>
        <w:spacing w:line="480" w:lineRule="auto"/>
      </w:pPr>
      <w:r>
        <w:t>• Preferred platform for creative professionals.</w:t>
      </w:r>
    </w:p>
    <w:p w14:paraId="26AF68D0" w14:textId="77777777" w:rsidR="00FA38BB" w:rsidRDefault="00000000">
      <w:pPr>
        <w:spacing w:line="480" w:lineRule="auto"/>
      </w:pPr>
      <w:r>
        <w:t>Cons:</w:t>
      </w:r>
    </w:p>
    <w:p w14:paraId="3254AA09" w14:textId="77777777" w:rsidR="00FA38BB" w:rsidRDefault="00000000">
      <w:pPr>
        <w:spacing w:line="480" w:lineRule="auto"/>
      </w:pPr>
      <w:r>
        <w:t>• Higher cost compared to other operating systems.</w:t>
      </w:r>
    </w:p>
    <w:p w14:paraId="750BF721" w14:textId="77777777" w:rsidR="00FA38BB" w:rsidRDefault="00000000">
      <w:pPr>
        <w:spacing w:line="480" w:lineRule="auto"/>
      </w:pPr>
      <w:r>
        <w:t>• Less compatibility with some business software.</w:t>
      </w:r>
    </w:p>
    <w:p w14:paraId="6714A15A" w14:textId="77777777" w:rsidR="00FA38BB" w:rsidRDefault="00000000">
      <w:pPr>
        <w:spacing w:line="480" w:lineRule="auto"/>
      </w:pPr>
      <w:r>
        <w:t>• Limited hardware customization.</w:t>
      </w:r>
    </w:p>
    <w:p w14:paraId="1D7ED6FC" w14:textId="77777777" w:rsidR="00FA38BB" w:rsidRDefault="00000000">
      <w:pPr>
        <w:spacing w:line="480" w:lineRule="auto"/>
      </w:pPr>
      <w:r>
        <w:br/>
        <w:t>Linux Operating System</w:t>
      </w:r>
    </w:p>
    <w:p w14:paraId="260A3A7F" w14:textId="77777777" w:rsidR="00FA38BB" w:rsidRDefault="00000000">
      <w:pPr>
        <w:spacing w:line="480" w:lineRule="auto"/>
      </w:pPr>
      <w:r>
        <w:t>Pros:</w:t>
      </w:r>
    </w:p>
    <w:p w14:paraId="7172CF68" w14:textId="77777777" w:rsidR="00FA38BB" w:rsidRDefault="00000000">
      <w:pPr>
        <w:spacing w:line="480" w:lineRule="auto"/>
      </w:pPr>
      <w:r>
        <w:t>• Free and open source, which reduces cost.</w:t>
      </w:r>
    </w:p>
    <w:p w14:paraId="5C8BCE9A" w14:textId="77777777" w:rsidR="00FA38BB" w:rsidRDefault="00000000">
      <w:pPr>
        <w:spacing w:line="480" w:lineRule="auto"/>
      </w:pPr>
      <w:r>
        <w:lastRenderedPageBreak/>
        <w:t>• Very secure and stable.</w:t>
      </w:r>
    </w:p>
    <w:p w14:paraId="7A81D3AA" w14:textId="77777777" w:rsidR="00FA38BB" w:rsidRDefault="00000000">
      <w:pPr>
        <w:spacing w:line="480" w:lineRule="auto"/>
      </w:pPr>
      <w:r>
        <w:t>• Works well on older or lower cost hardware.</w:t>
      </w:r>
    </w:p>
    <w:p w14:paraId="61A22C46" w14:textId="77777777" w:rsidR="00FA38BB" w:rsidRDefault="00000000">
      <w:pPr>
        <w:spacing w:line="480" w:lineRule="auto"/>
      </w:pPr>
      <w:r>
        <w:t>• Highly customizable.</w:t>
      </w:r>
    </w:p>
    <w:p w14:paraId="25895BAA" w14:textId="77777777" w:rsidR="00FA38BB" w:rsidRDefault="00000000">
      <w:pPr>
        <w:spacing w:line="480" w:lineRule="auto"/>
      </w:pPr>
      <w:r>
        <w:t>Cons:</w:t>
      </w:r>
    </w:p>
    <w:p w14:paraId="218E4142" w14:textId="77777777" w:rsidR="00FA38BB" w:rsidRDefault="00000000">
      <w:pPr>
        <w:spacing w:line="480" w:lineRule="auto"/>
      </w:pPr>
      <w:r>
        <w:t>• Less compatible with common commercial software.</w:t>
      </w:r>
    </w:p>
    <w:p w14:paraId="696A32CD" w14:textId="77777777" w:rsidR="00FA38BB" w:rsidRDefault="00000000">
      <w:pPr>
        <w:spacing w:line="480" w:lineRule="auto"/>
      </w:pPr>
      <w:r>
        <w:t>• More difficult for beginners to use.</w:t>
      </w:r>
    </w:p>
    <w:p w14:paraId="2A2BDAA9" w14:textId="77777777" w:rsidR="00FA38BB" w:rsidRDefault="00000000">
      <w:pPr>
        <w:spacing w:line="480" w:lineRule="auto"/>
      </w:pPr>
      <w:r>
        <w:t>• Limited support for creative software.</w:t>
      </w:r>
    </w:p>
    <w:p w14:paraId="6F70465B" w14:textId="77777777" w:rsidR="00FA38BB" w:rsidRDefault="00000000">
      <w:pPr>
        <w:spacing w:line="480" w:lineRule="auto"/>
      </w:pPr>
      <w:r>
        <w:br/>
        <w:t>Recommendations</w:t>
      </w:r>
    </w:p>
    <w:p w14:paraId="4147FD68" w14:textId="77777777" w:rsidR="00FA38BB" w:rsidRDefault="00000000">
      <w:pPr>
        <w:spacing w:line="480" w:lineRule="auto"/>
      </w:pPr>
      <w:r>
        <w:br/>
        <w:t>Nonprofit Social Service Organization: Linux is the best choice because it is free, secure, and works well with limited budgets and basic office tasks.</w:t>
      </w:r>
    </w:p>
    <w:p w14:paraId="01D14B70" w14:textId="158B1840" w:rsidR="00FA38BB" w:rsidRDefault="00000000">
      <w:pPr>
        <w:spacing w:line="480" w:lineRule="auto"/>
      </w:pPr>
      <w:r>
        <w:t>Interior Design Firm: Mac OS is the best choice because it provides excellent graphics performance and compatibility with design software used by creative professionals.</w:t>
      </w:r>
    </w:p>
    <w:p w14:paraId="5547B432" w14:textId="142E177C" w:rsidR="00FA38BB" w:rsidRDefault="00000000">
      <w:pPr>
        <w:spacing w:line="480" w:lineRule="auto"/>
      </w:pPr>
      <w:r>
        <w:t>Social Media Advertising Agency: Windows is the best choice because it offers the widest compatibility with business, communication, and advertising software.</w:t>
      </w:r>
    </w:p>
    <w:p w14:paraId="3AD8B7F6" w14:textId="4747A76B" w:rsidR="00FA38BB" w:rsidRDefault="00000000" w:rsidP="00722D3E">
      <w:pPr>
        <w:spacing w:line="480" w:lineRule="auto"/>
        <w:ind w:firstLine="720"/>
      </w:pPr>
      <w:r>
        <w:t xml:space="preserve">In conclusion, each operating system has strengths and weaknesses depending on the organization’s needs. Linux is ideal for nonprofits because it reduces costs and provides strong security. Mac OS is ideal for design firms because of its superior graphics performance and </w:t>
      </w:r>
      <w:r>
        <w:lastRenderedPageBreak/>
        <w:t>creative software support. Windows is ideal for advertising agencies because of its flexibility and compatibility with a wide range of tools. Selecting the correct operating system ensures that each organization can operate efficiently and meet its technology requirements.</w:t>
      </w:r>
    </w:p>
    <w:sectPr w:rsidR="00FA38BB"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60437409">
    <w:abstractNumId w:val="8"/>
  </w:num>
  <w:num w:numId="2" w16cid:durableId="1245989740">
    <w:abstractNumId w:val="6"/>
  </w:num>
  <w:num w:numId="3" w16cid:durableId="1556355486">
    <w:abstractNumId w:val="5"/>
  </w:num>
  <w:num w:numId="4" w16cid:durableId="1819953892">
    <w:abstractNumId w:val="4"/>
  </w:num>
  <w:num w:numId="5" w16cid:durableId="1314338859">
    <w:abstractNumId w:val="7"/>
  </w:num>
  <w:num w:numId="6" w16cid:durableId="748113467">
    <w:abstractNumId w:val="3"/>
  </w:num>
  <w:num w:numId="7" w16cid:durableId="1169715485">
    <w:abstractNumId w:val="2"/>
  </w:num>
  <w:num w:numId="8" w16cid:durableId="1737321542">
    <w:abstractNumId w:val="1"/>
  </w:num>
  <w:num w:numId="9" w16cid:durableId="11798528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72BCC"/>
    <w:rsid w:val="00722D3E"/>
    <w:rsid w:val="00AA1D8D"/>
    <w:rsid w:val="00B47730"/>
    <w:rsid w:val="00CB0664"/>
    <w:rsid w:val="00FA38B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20F2D7"/>
  <w14:defaultImageDpi w14:val="300"/>
  <w15:docId w15:val="{B4AC9775-85F3-4F26-B21B-D3459E3C0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Jason Bravo</cp:lastModifiedBy>
  <cp:revision>2</cp:revision>
  <dcterms:created xsi:type="dcterms:W3CDTF">2026-02-21T23:45:00Z</dcterms:created>
  <dcterms:modified xsi:type="dcterms:W3CDTF">2026-02-21T23:45:00Z</dcterms:modified>
  <cp:category/>
</cp:coreProperties>
</file>