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3EDBA3" w14:textId="77777777" w:rsidR="001053FC" w:rsidRPr="005109CE" w:rsidRDefault="00000000" w:rsidP="005109CE">
      <w:pPr>
        <w:pStyle w:val="Title"/>
        <w:pBdr>
          <w:bottom w:val="single" w:sz="8" w:space="31" w:color="4F81BD" w:themeColor="accent1"/>
        </w:pBdr>
        <w:jc w:val="center"/>
        <w:rPr>
          <w:rFonts w:ascii="Times New Roman" w:hAnsi="Times New Roman" w:cs="Times New Roman"/>
          <w:color w:val="auto"/>
        </w:rPr>
      </w:pPr>
      <w:r w:rsidRPr="005109CE">
        <w:rPr>
          <w:rFonts w:ascii="Times New Roman" w:hAnsi="Times New Roman" w:cs="Times New Roman"/>
          <w:color w:val="auto"/>
        </w:rPr>
        <w:t>Privacy Reflection Assignment</w:t>
      </w:r>
    </w:p>
    <w:p w14:paraId="397CD0F6" w14:textId="77777777" w:rsidR="001053FC" w:rsidRPr="005109CE" w:rsidRDefault="00000000">
      <w:pPr>
        <w:rPr>
          <w:rFonts w:ascii="Times New Roman" w:hAnsi="Times New Roman" w:cs="Times New Roman"/>
        </w:rPr>
      </w:pPr>
      <w:r w:rsidRPr="005109CE">
        <w:rPr>
          <w:rFonts w:ascii="Times New Roman" w:hAnsi="Times New Roman" w:cs="Times New Roman"/>
        </w:rPr>
        <w:t>When using social media platforms such as Facebook, Instagram, Twitter, and Snapchat, I am sharing more information than I may initially realize. This includes obvious details like my name, photos, and posts, but also less obvious data such as my location, interests, interactions, friend networks, and even behavioral patterns like when I am most active. Additionally, apps may collect background data such as device information and browsing habits, which contributes to a more complete digital profile of me.</w:t>
      </w:r>
    </w:p>
    <w:p w14:paraId="0469318E" w14:textId="77777777" w:rsidR="001053FC" w:rsidRPr="005109CE" w:rsidRDefault="00000000">
      <w:pPr>
        <w:rPr>
          <w:rFonts w:ascii="Times New Roman" w:hAnsi="Times New Roman" w:cs="Times New Roman"/>
        </w:rPr>
      </w:pPr>
      <w:r w:rsidRPr="005109CE">
        <w:rPr>
          <w:rFonts w:ascii="Times New Roman" w:hAnsi="Times New Roman" w:cs="Times New Roman"/>
        </w:rPr>
        <w:t>When reviewing the Data and Privacy section of my Google account, I found that Google stores a wide range of personal information. This includes search history, location history, YouTube watch history, device usage, and activity across apps and websites. I also noticed saved personal details such as email, phone number, and possibly autofill data like addresses. This made it clear how much information is collected over time, often without actively thinking about it.</w:t>
      </w:r>
    </w:p>
    <w:p w14:paraId="529ED34D" w14:textId="77777777" w:rsidR="001053FC" w:rsidRPr="005109CE" w:rsidRDefault="00000000">
      <w:pPr>
        <w:rPr>
          <w:rFonts w:ascii="Times New Roman" w:hAnsi="Times New Roman" w:cs="Times New Roman"/>
        </w:rPr>
      </w:pPr>
      <w:r w:rsidRPr="005109CE">
        <w:rPr>
          <w:rFonts w:ascii="Times New Roman" w:hAnsi="Times New Roman" w:cs="Times New Roman"/>
        </w:rPr>
        <w:t>After searching my name on Google, I did find some information about myself. The amount of information available depended on how common the name is. A more common name tends to produce many unrelated results, making it harder to identify specific personal information. If the name is more unique, it becomes easier to locate accurate and relevant details tied to that individual.</w:t>
      </w:r>
    </w:p>
    <w:p w14:paraId="321D0C16" w14:textId="77777777" w:rsidR="001053FC" w:rsidRPr="005109CE" w:rsidRDefault="00000000">
      <w:pPr>
        <w:rPr>
          <w:rFonts w:ascii="Times New Roman" w:hAnsi="Times New Roman" w:cs="Times New Roman"/>
        </w:rPr>
      </w:pPr>
      <w:r w:rsidRPr="005109CE">
        <w:rPr>
          <w:rFonts w:ascii="Times New Roman" w:hAnsi="Times New Roman" w:cs="Times New Roman"/>
        </w:rPr>
        <w:t>I also searched for my information on two additional websites, such as Spokeo and Whitepages. These sites sometimes provided additional details such as approximate location, possible relatives, or past addresses. Some of the information was accurate, while other parts were outdated or incorrect. Most of these websites do offer a way to request removal of personal information, although the process can take time and may require identity verification.</w:t>
      </w:r>
    </w:p>
    <w:p w14:paraId="1F657D0A" w14:textId="77777777" w:rsidR="001053FC" w:rsidRPr="005109CE" w:rsidRDefault="00000000">
      <w:pPr>
        <w:rPr>
          <w:rFonts w:ascii="Times New Roman" w:hAnsi="Times New Roman" w:cs="Times New Roman"/>
        </w:rPr>
      </w:pPr>
      <w:r w:rsidRPr="005109CE">
        <w:rPr>
          <w:rFonts w:ascii="Times New Roman" w:hAnsi="Times New Roman" w:cs="Times New Roman"/>
        </w:rPr>
        <w:t>Overall, this exercise showed me how much personal data is available online and how easily it can be accessed, shared, and sometimes misused. It reinforced the importance of managing privacy settings and being more mindful of what I share online.</w:t>
      </w:r>
    </w:p>
    <w:sectPr w:rsidR="001053FC" w:rsidRPr="005109CE" w:rsidSect="005109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446996418">
    <w:abstractNumId w:val="8"/>
  </w:num>
  <w:num w:numId="2" w16cid:durableId="1277978097">
    <w:abstractNumId w:val="6"/>
  </w:num>
  <w:num w:numId="3" w16cid:durableId="1786003904">
    <w:abstractNumId w:val="5"/>
  </w:num>
  <w:num w:numId="4" w16cid:durableId="1518496100">
    <w:abstractNumId w:val="4"/>
  </w:num>
  <w:num w:numId="5" w16cid:durableId="1774746810">
    <w:abstractNumId w:val="7"/>
  </w:num>
  <w:num w:numId="6" w16cid:durableId="823011117">
    <w:abstractNumId w:val="3"/>
  </w:num>
  <w:num w:numId="7" w16cid:durableId="1127626850">
    <w:abstractNumId w:val="2"/>
  </w:num>
  <w:num w:numId="8" w16cid:durableId="96296586">
    <w:abstractNumId w:val="1"/>
  </w:num>
  <w:num w:numId="9" w16cid:durableId="3957848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053FC"/>
    <w:rsid w:val="0015074B"/>
    <w:rsid w:val="0029639D"/>
    <w:rsid w:val="00326F90"/>
    <w:rsid w:val="005109CE"/>
    <w:rsid w:val="00AA1D8D"/>
    <w:rsid w:val="00B47730"/>
    <w:rsid w:val="00CB0664"/>
    <w:rsid w:val="00CC7AB6"/>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E5A28FB"/>
  <w14:defaultImageDpi w14:val="300"/>
  <w15:docId w15:val="{334C49B5-B45B-43C7-8847-68B19D31F6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312</Words>
  <Characters>1780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2088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Jason Bravo</cp:lastModifiedBy>
  <cp:revision>2</cp:revision>
  <dcterms:created xsi:type="dcterms:W3CDTF">2026-04-12T23:29:00Z</dcterms:created>
  <dcterms:modified xsi:type="dcterms:W3CDTF">2026-04-12T23:29:00Z</dcterms:modified>
  <cp:category/>
</cp:coreProperties>
</file>